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 xml:space="preserve">Создано в </w:t>
      </w:r>
      <w:hyperlink r:id="rId9">
        <w:r>
          <w:rPr>
            <w:color w:val="0563C1"/>
            <w:u w:val="single"/>
            <w:sz w:val="20"/>
          </w:rPr>
          <w:t>Текстограф AI</w:t>
        </w:r>
      </w:hyperlink>
    </w:p>
    <w:p>
      <w:pPr>
        <w:pStyle w:val="Title"/>
      </w:pPr>
      <w:r>
        <w:t>Учебная идея: сервис заявок на ремонт</w:t>
      </w:r>
    </w:p>
    <w:p>
      <w:pPr>
        <w:pStyle w:val="Heading1"/>
      </w:pPr>
      <w:r>
        <w:t>Goal and problem</w:t>
      </w:r>
    </w:p>
    <w:p>
      <w:r>
        <w:t>Создать сайт для подачи и обработки заявок на ремонт офисного оборудования. Сотрудник описывает проблему и прикладывает фото, администратор назначает техника, техник обновляет статус заявки и добавляет комментарий.</w:t>
      </w:r>
    </w:p>
    <w:p>
      <w:r>
        <w:t>Идея продукта вымышленная; существующий клиентский проект в записи не описан.</w:t>
      </w:r>
    </w:p>
    <w:p>
      <w:pPr>
        <w:pStyle w:val="Heading1"/>
      </w:pPr>
      <w:r>
        <w:t>scope and MVP</w:t>
      </w:r>
    </w:p>
    <w:p>
      <w:r>
        <w:t>В первую версию входят:</w:t>
      </w:r>
    </w:p>
    <w:p>
      <w:pPr>
        <w:pStyle w:val="ListBullet"/>
      </w:pPr>
      <w:r>
        <w:t>создание заявки сотрудником с описанием и фотографией;</w:t>
      </w:r>
    </w:p>
    <w:p>
      <w:pPr>
        <w:pStyle w:val="ListBullet"/>
      </w:pPr>
      <w:r>
        <w:t>просмотр сотрудником только собственных заявок;</w:t>
      </w:r>
    </w:p>
    <w:p>
      <w:pPr>
        <w:pStyle w:val="ListBullet"/>
      </w:pPr>
      <w:r>
        <w:t>просмотр администратором всех заявок;</w:t>
      </w:r>
    </w:p>
    <w:p>
      <w:pPr>
        <w:pStyle w:val="ListBullet"/>
      </w:pPr>
      <w:r>
        <w:t>назначение техника администратором;</w:t>
      </w:r>
    </w:p>
    <w:p>
      <w:pPr>
        <w:pStyle w:val="ListBullet"/>
      </w:pPr>
      <w:r>
        <w:t>изменение статуса заявки техником на «В работе» или «Завершена»;</w:t>
      </w:r>
    </w:p>
    <w:p>
      <w:pPr>
        <w:pStyle w:val="ListBullet"/>
      </w:pPr>
      <w:r>
        <w:t>добавление комментария техником.</w:t>
      </w:r>
    </w:p>
    <w:p>
      <w:r>
        <w:t>В первую версию не входят:</w:t>
      </w:r>
    </w:p>
    <w:p>
      <w:pPr>
        <w:pStyle w:val="ListBullet"/>
      </w:pPr>
      <w:r>
        <w:t>онлайн-платежи;</w:t>
      </w:r>
    </w:p>
    <w:p>
      <w:pPr>
        <w:pStyle w:val="ListBullet"/>
      </w:pPr>
      <w:r>
        <w:t>мобильное приложение.</w:t>
      </w:r>
    </w:p>
    <w:p>
      <w:pPr>
        <w:pStyle w:val="Heading1"/>
      </w:pPr>
      <w:r>
        <w:t>target users and roles</w:t>
      </w:r>
    </w:p>
    <w:p>
      <w:pPr>
        <w:pStyle w:val="ListBullet"/>
      </w:pPr>
      <w:r>
        <w:t>Сотрудник — создаёт заявки и просматривает только свои.</w:t>
      </w:r>
    </w:p>
    <w:p>
      <w:pPr>
        <w:pStyle w:val="ListBullet"/>
      </w:pPr>
      <w:r>
        <w:t>Администратор — просматривает все заявки и назначает техников.</w:t>
      </w:r>
    </w:p>
    <w:p>
      <w:pPr>
        <w:pStyle w:val="ListBullet"/>
      </w:pPr>
      <w:r>
        <w:t>Техник — меняет статус назначенной заявки на «В работе» или «Завершена» и добавляет комментарий.</w:t>
      </w:r>
    </w:p>
    <w:p>
      <w:r>
        <w:t>Порядок регистрации пользователей и механизм подтверждения ролей — Не указано в записи.</w:t>
      </w:r>
    </w:p>
    <w:p>
      <w:pPr>
        <w:pStyle w:val="Heading1"/>
      </w:pPr>
      <w:r>
        <w:t>user scenarios</w:t>
      </w:r>
    </w:p>
    <w:p>
      <w:pPr>
        <w:pStyle w:val="ListNumber"/>
      </w:pPr>
      <w:r>
        <w:t>Сотрудник: создаёт заявку, указывает описание и прикладывает фото.</w:t>
      </w:r>
    </w:p>
    <w:p>
      <w:pPr>
        <w:pStyle w:val="ListNumber"/>
      </w:pPr>
      <w:r>
        <w:t>Сотрудник: просматривает собственные заявки.</w:t>
      </w:r>
    </w:p>
    <w:p>
      <w:pPr>
        <w:pStyle w:val="ListNumber"/>
      </w:pPr>
      <w:r>
        <w:t>Администратор: просматривает все заявки и назначает технику.</w:t>
      </w:r>
    </w:p>
    <w:p>
      <w:pPr>
        <w:pStyle w:val="ListNumber"/>
      </w:pPr>
      <w:r>
        <w:t>Техник: устанавливает статус заявки «В работе» или «Завершена» и добавляет комментарий.</w:t>
      </w:r>
    </w:p>
    <w:p>
      <w:pPr>
        <w:pStyle w:val="Heading1"/>
      </w:pPr>
      <w:r>
        <w:t>functional requirements</w:t>
      </w:r>
    </w:p>
    <w:p>
      <w:pPr>
        <w:pStyle w:val="ListBullet"/>
      </w:pPr>
      <w:r>
        <w:t>Система должна позволять сотруднику создать заявку с описанием и фотографией.</w:t>
      </w:r>
    </w:p>
    <w:p>
      <w:pPr>
        <w:pStyle w:val="ListBullet"/>
      </w:pPr>
      <w:r>
        <w:t>Система должна ограничивать сотрудника просмотром только его собственных заявок.</w:t>
      </w:r>
    </w:p>
    <w:p>
      <w:pPr>
        <w:pStyle w:val="ListBullet"/>
      </w:pPr>
      <w:r>
        <w:t>Система должна позволять администратору просматривать все заявки.</w:t>
      </w:r>
    </w:p>
    <w:p>
      <w:pPr>
        <w:pStyle w:val="ListBullet"/>
      </w:pPr>
      <w:r>
        <w:t>Система должна позволять администратору назначать техника на заявку.</w:t>
      </w:r>
    </w:p>
    <w:p>
      <w:pPr>
        <w:pStyle w:val="ListBullet"/>
      </w:pPr>
      <w:r>
        <w:t>Система должна позволять технику устанавливать статус заявки «В работе» или «Завершена».</w:t>
      </w:r>
    </w:p>
    <w:p>
      <w:pPr>
        <w:pStyle w:val="ListBullet"/>
      </w:pPr>
      <w:r>
        <w:t>Система должна позволять технику добавлять комментарий к заявке.</w:t>
      </w:r>
    </w:p>
    <w:p>
      <w:pPr>
        <w:pStyle w:val="ListBullet"/>
      </w:pPr>
      <w:r>
        <w:t>Возможность редактирования или удаления заявок и комментариев — Не указано в записи.</w:t>
      </w:r>
    </w:p>
    <w:p>
      <w:pPr>
        <w:pStyle w:val="ListBullet"/>
      </w:pPr>
      <w:r>
        <w:t>Прочие статусы и правила перехода между ними — Требует уточнения.</w:t>
      </w:r>
    </w:p>
    <w:p>
      <w:pPr>
        <w:pStyle w:val="Heading1"/>
      </w:pPr>
      <w:r>
        <w:t>non-functional requirements</w:t>
      </w:r>
    </w:p>
    <w:p>
      <w:pPr>
        <w:pStyle w:val="ListBullet"/>
      </w:pPr>
      <w:r>
        <w:t>Технологический стек — Требует уточнения.</w:t>
      </w:r>
    </w:p>
    <w:p>
      <w:pPr>
        <w:pStyle w:val="ListBullet"/>
      </w:pPr>
      <w:r>
        <w:t>Бюджет и срок реализации — Требует уточнения.</w:t>
      </w:r>
    </w:p>
    <w:p>
      <w:pPr>
        <w:pStyle w:val="ListBullet"/>
      </w:pPr>
      <w:r>
        <w:t>Требования к производительности, доступности и совместимости с браузерами — Не указано в записи.</w:t>
      </w:r>
    </w:p>
    <w:p>
      <w:pPr>
        <w:pStyle w:val="ListBullet"/>
      </w:pPr>
      <w:r>
        <w:t>Требования к хранению и ограничениям для фотографий — Не указано в записи.</w:t>
      </w:r>
    </w:p>
    <w:p>
      <w:pPr>
        <w:pStyle w:val="Heading1"/>
      </w:pPr>
      <w:r>
        <w:t>data and entities</w:t>
      </w:r>
    </w:p>
    <w:p>
      <w:r>
        <w:t>Из записи следуют следующие сущности и данные:</w:t>
      </w:r>
    </w:p>
    <w:p>
      <w:pPr>
        <w:pStyle w:val="ListBullet"/>
      </w:pPr>
      <w:r>
        <w:t>Пользователь: сотрудник, администратор или техник. Дополнительные сведения о пользователях — Не указано в записи.</w:t>
      </w:r>
    </w:p>
    <w:p>
      <w:pPr>
        <w:pStyle w:val="ListBullet"/>
      </w:pPr>
      <w:r>
        <w:t>Заявка: описание, фотография, назначенный техник, статус и комментарий. Идентификаторы, даты и иные поля — Не указано в записи.</w:t>
      </w:r>
    </w:p>
    <w:p>
      <w:pPr>
        <w:pStyle w:val="Heading1"/>
      </w:pPr>
      <w:r>
        <w:t>integrations</w:t>
      </w:r>
    </w:p>
    <w:p>
      <w:r>
        <w:t>Интеграции не описаны. Канал уведомлений — Требует уточнения.</w:t>
      </w:r>
    </w:p>
    <w:p>
      <w:pPr>
        <w:pStyle w:val="Heading1"/>
      </w:pPr>
      <w:r>
        <w:t>interface or API requirements</w:t>
      </w:r>
    </w:p>
    <w:p>
      <w:pPr>
        <w:pStyle w:val="ListBullet"/>
      </w:pPr>
      <w:r>
        <w:t>Требуется сайт для работы с заявками.</w:t>
      </w:r>
    </w:p>
    <w:p>
      <w:pPr>
        <w:pStyle w:val="ListBullet"/>
      </w:pPr>
      <w:r>
        <w:t>Требования к страницам, навигации, дизайну и адаптивности — Не указано в записи.</w:t>
      </w:r>
    </w:p>
    <w:p>
      <w:pPr>
        <w:pStyle w:val="ListBullet"/>
      </w:pPr>
      <w:r>
        <w:t>Требования к API и его формату — Не указано в записи.</w:t>
      </w:r>
    </w:p>
    <w:p>
      <w:pPr>
        <w:pStyle w:val="Heading1"/>
      </w:pPr>
      <w:r>
        <w:t>analytics and security</w:t>
      </w:r>
    </w:p>
    <w:p>
      <w:pPr>
        <w:pStyle w:val="ListBullet"/>
      </w:pPr>
      <w:r>
        <w:t>Система должна обеспечивать разграничение доступа к заявкам: сотрудник видит только собственные заявки, администратор — все заявки.</w:t>
      </w:r>
    </w:p>
    <w:p>
      <w:pPr>
        <w:pStyle w:val="ListBullet"/>
      </w:pPr>
      <w:r>
        <w:t>Требования к аутентификации, авторизации за пределами указанного ограничения, журналированию и аналитике — Не указано в записи.</w:t>
      </w:r>
    </w:p>
    <w:p>
      <w:pPr>
        <w:pStyle w:val="Heading1"/>
      </w:pPr>
      <w:r>
        <w:t>acceptance criteria</w:t>
      </w:r>
    </w:p>
    <w:p>
      <w:pPr>
        <w:pStyle w:val="ListBullet"/>
      </w:pPr>
      <w:r>
        <w:t>Сотрудник может создать заявку с описанием и фотографией.</w:t>
      </w:r>
    </w:p>
    <w:p>
      <w:pPr>
        <w:pStyle w:val="ListBullet"/>
      </w:pPr>
      <w:r>
        <w:t>Сотрудник может открыть собственную заявку.</w:t>
      </w:r>
    </w:p>
    <w:p>
      <w:pPr>
        <w:pStyle w:val="ListBullet"/>
      </w:pPr>
      <w:r>
        <w:t>Сотрудник не может открыть заявку другого сотрудника.</w:t>
      </w:r>
    </w:p>
    <w:p>
      <w:pPr>
        <w:pStyle w:val="ListBullet"/>
      </w:pPr>
      <w:r>
        <w:t>Администратор может просмотреть все заявки и назначить техника.</w:t>
      </w:r>
    </w:p>
    <w:p>
      <w:pPr>
        <w:pStyle w:val="ListBullet"/>
      </w:pPr>
      <w:r>
        <w:t>Техник может установить статус «В работе» или «Завершена» и добавить комментарий.</w:t>
      </w:r>
    </w:p>
    <w:p>
      <w:pPr>
        <w:pStyle w:val="ListBullet"/>
      </w:pPr>
      <w:r>
        <w:t>Проверка ограничения доступа сотрудника к чужой заявке — основной критерий приёмки, указанный в записи.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Txtgraf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